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FA09" w14:textId="77777777" w:rsidR="006F3BDE" w:rsidRPr="007246E3" w:rsidRDefault="00000000">
      <w:pPr>
        <w:jc w:val="center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b/>
          <w:color w:val="000000" w:themeColor="text1"/>
          <w:sz w:val="32"/>
        </w:rPr>
        <w:t>TITLE OF THE PAPER</w:t>
      </w:r>
    </w:p>
    <w:p w14:paraId="5A9F0DBF" w14:textId="77777777" w:rsidR="006F3BDE" w:rsidRPr="007246E3" w:rsidRDefault="00000000">
      <w:pPr>
        <w:jc w:val="center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b/>
          <w:color w:val="000000" w:themeColor="text1"/>
        </w:rPr>
        <w:t xml:space="preserve">Author </w:t>
      </w:r>
      <w:proofErr w:type="spellStart"/>
      <w:r w:rsidRPr="007246E3">
        <w:rPr>
          <w:rFonts w:ascii="Times New Roman" w:hAnsi="Times New Roman" w:cs="Times New Roman"/>
          <w:b/>
          <w:color w:val="000000" w:themeColor="text1"/>
        </w:rPr>
        <w:t>One¹</w:t>
      </w:r>
      <w:proofErr w:type="spellEnd"/>
      <w:r w:rsidRPr="007246E3">
        <w:rPr>
          <w:rFonts w:ascii="Times New Roman" w:hAnsi="Times New Roman" w:cs="Times New Roman"/>
          <w:b/>
          <w:color w:val="000000" w:themeColor="text1"/>
        </w:rPr>
        <w:t xml:space="preserve">, Author </w:t>
      </w:r>
      <w:proofErr w:type="spellStart"/>
      <w:r w:rsidRPr="007246E3">
        <w:rPr>
          <w:rFonts w:ascii="Times New Roman" w:hAnsi="Times New Roman" w:cs="Times New Roman"/>
          <w:b/>
          <w:color w:val="000000" w:themeColor="text1"/>
        </w:rPr>
        <w:t>Two²</w:t>
      </w:r>
      <w:proofErr w:type="spellEnd"/>
      <w:r w:rsidRPr="007246E3">
        <w:rPr>
          <w:rFonts w:ascii="Times New Roman" w:hAnsi="Times New Roman" w:cs="Times New Roman"/>
          <w:b/>
          <w:color w:val="000000" w:themeColor="text1"/>
        </w:rPr>
        <w:br/>
      </w:r>
      <w:r w:rsidRPr="007246E3">
        <w:rPr>
          <w:rFonts w:ascii="Times New Roman" w:hAnsi="Times New Roman" w:cs="Times New Roman"/>
          <w:color w:val="000000" w:themeColor="text1"/>
        </w:rPr>
        <w:t>¹Department, Institution, City, Country</w:t>
      </w:r>
      <w:r w:rsidRPr="007246E3">
        <w:rPr>
          <w:rFonts w:ascii="Times New Roman" w:hAnsi="Times New Roman" w:cs="Times New Roman"/>
          <w:color w:val="000000" w:themeColor="text1"/>
        </w:rPr>
        <w:br/>
        <w:t>²Department, Institution, City, Country</w:t>
      </w:r>
      <w:r w:rsidRPr="007246E3">
        <w:rPr>
          <w:rFonts w:ascii="Times New Roman" w:hAnsi="Times New Roman" w:cs="Times New Roman"/>
          <w:color w:val="000000" w:themeColor="text1"/>
        </w:rPr>
        <w:br/>
        <w:t>*Corresponding author: email@domain.com</w:t>
      </w:r>
    </w:p>
    <w:p w14:paraId="22DF3BF8" w14:textId="77777777" w:rsidR="006F3BDE" w:rsidRPr="007246E3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Abstract</w:t>
      </w:r>
    </w:p>
    <w:p w14:paraId="690C5BED" w14:textId="77777777" w:rsidR="006F3BDE" w:rsidRPr="007246E3" w:rsidRDefault="00000000" w:rsidP="007246E3">
      <w:pPr>
        <w:jc w:val="both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Provide a concise summary (150–250 words) covering the background, research objective, methodology, principal findings (or expected outcomes), and significance of the study. Do not include references, figures, or tables.</w:t>
      </w:r>
    </w:p>
    <w:p w14:paraId="1A2F9434" w14:textId="77777777" w:rsidR="006F3BDE" w:rsidRPr="007246E3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Keywords</w:t>
      </w:r>
    </w:p>
    <w:p w14:paraId="2E554118" w14:textId="77777777" w:rsidR="006F3BDE" w:rsidRPr="007246E3" w:rsidRDefault="00000000" w:rsidP="007246E3">
      <w:pPr>
        <w:jc w:val="both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Provide 4–6 keywords arranged alphabetically and separated by semicolons.</w:t>
      </w:r>
    </w:p>
    <w:p w14:paraId="17AF0406" w14:textId="77777777" w:rsidR="006F3BDE" w:rsidRPr="007246E3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1. Introduction</w:t>
      </w:r>
    </w:p>
    <w:p w14:paraId="303A068A" w14:textId="77777777" w:rsidR="006F3BDE" w:rsidRPr="007246E3" w:rsidRDefault="00000000" w:rsidP="007246E3">
      <w:pPr>
        <w:jc w:val="both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Introduce the research problem, background, relevant literature, research gap, and engineering significance. Clearly state the objective(s) and novelty of the study.</w:t>
      </w:r>
    </w:p>
    <w:p w14:paraId="3D19A3FD" w14:textId="77777777" w:rsidR="006F3BDE" w:rsidRPr="007246E3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2. Methodology</w:t>
      </w:r>
    </w:p>
    <w:p w14:paraId="1BB5022B" w14:textId="77777777" w:rsidR="006F3BDE" w:rsidRPr="007246E3" w:rsidRDefault="00000000" w:rsidP="007246E3">
      <w:pPr>
        <w:jc w:val="both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Describe the materials, experimental programme, numerical modelling, analytical procedures, or computational techniques adopted. Include a schematic or flowchart where appropriate.</w:t>
      </w:r>
    </w:p>
    <w:p w14:paraId="0A20FC9F" w14:textId="77777777" w:rsidR="006F3BDE" w:rsidRPr="007246E3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3. Results and Discussion</w:t>
      </w:r>
    </w:p>
    <w:p w14:paraId="2E8820CD" w14:textId="77777777" w:rsidR="006F3BDE" w:rsidRPr="007246E3" w:rsidRDefault="00000000" w:rsidP="007246E3">
      <w:pPr>
        <w:jc w:val="both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Present the key findings using figures, tables, and equations where necessary. Discuss their significance and compare with previous studies where appropriate.</w:t>
      </w:r>
    </w:p>
    <w:p w14:paraId="375F256D" w14:textId="77777777" w:rsidR="006F3BDE" w:rsidRPr="007246E3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4. Conclusions</w:t>
      </w:r>
    </w:p>
    <w:p w14:paraId="582B8EFA" w14:textId="77777777" w:rsidR="006F3BDE" w:rsidRPr="007246E3" w:rsidRDefault="00000000" w:rsidP="007246E3">
      <w:pPr>
        <w:jc w:val="both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Summarize the major findings, engineering implications, and future scope of the study.</w:t>
      </w:r>
    </w:p>
    <w:p w14:paraId="1A18F87F" w14:textId="77777777" w:rsidR="006F3BDE" w:rsidRPr="007246E3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Acknowledgements (Optional)</w:t>
      </w:r>
    </w:p>
    <w:p w14:paraId="4B01D449" w14:textId="77777777" w:rsidR="006F3BDE" w:rsidRPr="007246E3" w:rsidRDefault="00000000" w:rsidP="007246E3">
      <w:pPr>
        <w:jc w:val="both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Acknowledge funding agencies, institutions, or individuals who supported the work.</w:t>
      </w:r>
    </w:p>
    <w:p w14:paraId="2039DE8C" w14:textId="77777777" w:rsidR="006F3BDE" w:rsidRPr="007246E3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References</w:t>
      </w:r>
    </w:p>
    <w:p w14:paraId="671B5528" w14:textId="2CDE9174" w:rsidR="006F3BDE" w:rsidRPr="007246E3" w:rsidRDefault="00000000" w:rsidP="007246E3">
      <w:pPr>
        <w:jc w:val="both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List only the references cited in the manuscript using APA style.</w:t>
      </w:r>
    </w:p>
    <w:p w14:paraId="1E9ED77E" w14:textId="77777777" w:rsidR="006F3BDE" w:rsidRPr="007246E3" w:rsidRDefault="00000000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Author Guidelines</w:t>
      </w:r>
    </w:p>
    <w:p w14:paraId="4EBDCF32" w14:textId="77777777" w:rsidR="006F3BDE" w:rsidRPr="007246E3" w:rsidRDefault="00000000">
      <w:pPr>
        <w:pStyle w:val="ListBullet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Length: 2–4 A4 pages including figures, tables, and references.</w:t>
      </w:r>
    </w:p>
    <w:p w14:paraId="62C28382" w14:textId="77777777" w:rsidR="006F3BDE" w:rsidRPr="007246E3" w:rsidRDefault="00000000">
      <w:pPr>
        <w:pStyle w:val="ListBullet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Use Microsoft Word (.docx) and the official ICMSC 2026 template.</w:t>
      </w:r>
    </w:p>
    <w:p w14:paraId="5B3C03F7" w14:textId="77777777" w:rsidR="006F3BDE" w:rsidRPr="007246E3" w:rsidRDefault="00000000">
      <w:pPr>
        <w:pStyle w:val="ListBullet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Font: Times New Roman (Title 16 pt, Headings 12 pt, Body 11 pt).</w:t>
      </w:r>
    </w:p>
    <w:p w14:paraId="28711098" w14:textId="77777777" w:rsidR="006F3BDE" w:rsidRPr="007246E3" w:rsidRDefault="00000000">
      <w:pPr>
        <w:pStyle w:val="ListBullet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Use 1.15 line spacing with justified text and 25 mm margins.</w:t>
      </w:r>
    </w:p>
    <w:p w14:paraId="14966659" w14:textId="77777777" w:rsidR="006F3BDE" w:rsidRPr="007246E3" w:rsidRDefault="00000000">
      <w:pPr>
        <w:pStyle w:val="ListBullet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Number and cite all figures, tables, and equations.</w:t>
      </w:r>
    </w:p>
    <w:p w14:paraId="68E1109D" w14:textId="77777777" w:rsidR="006F3BDE" w:rsidRPr="007246E3" w:rsidRDefault="00000000">
      <w:pPr>
        <w:pStyle w:val="ListBullet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Use SI units throughout.</w:t>
      </w:r>
    </w:p>
    <w:p w14:paraId="1D473E4A" w14:textId="77777777" w:rsidR="006F3BDE" w:rsidRPr="007246E3" w:rsidRDefault="00000000">
      <w:pPr>
        <w:pStyle w:val="ListBullet"/>
        <w:rPr>
          <w:rFonts w:ascii="Times New Roman" w:hAnsi="Times New Roman" w:cs="Times New Roman"/>
          <w:color w:val="000000" w:themeColor="text1"/>
        </w:rPr>
      </w:pPr>
      <w:r w:rsidRPr="007246E3">
        <w:rPr>
          <w:rFonts w:ascii="Times New Roman" w:hAnsi="Times New Roman" w:cs="Times New Roman"/>
          <w:color w:val="000000" w:themeColor="text1"/>
        </w:rPr>
        <w:t>Submit original, unpublished work.</w:t>
      </w:r>
    </w:p>
    <w:sectPr w:rsidR="006F3BDE" w:rsidRPr="007246E3" w:rsidSect="000346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9DF41" w14:textId="77777777" w:rsidR="00E33E2F" w:rsidRDefault="00E33E2F">
      <w:pPr>
        <w:spacing w:after="0" w:line="240" w:lineRule="auto"/>
      </w:pPr>
      <w:r>
        <w:separator/>
      </w:r>
    </w:p>
  </w:endnote>
  <w:endnote w:type="continuationSeparator" w:id="0">
    <w:p w14:paraId="47FD123A" w14:textId="77777777" w:rsidR="00E33E2F" w:rsidRDefault="00E3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EF83" w14:textId="77777777" w:rsidR="006F3BDE" w:rsidRDefault="00000000">
    <w:pPr>
      <w:pStyle w:val="Footer"/>
      <w:jc w:val="center"/>
    </w:pPr>
    <w:proofErr w:type="spellStart"/>
    <w:r>
      <w:t>ICMSC</w:t>
    </w:r>
    <w:proofErr w:type="spellEnd"/>
    <w:r>
      <w:t xml:space="preserve"> 2026 | </w:t>
    </w:r>
    <w:proofErr w:type="spellStart"/>
    <w:r>
      <w:t>TKM</w:t>
    </w:r>
    <w:proofErr w:type="spellEnd"/>
    <w:r>
      <w:t xml:space="preserve"> College of Engineering | Page </w:t>
    </w:r>
    <w:r>
      <w:fldChar w:fldCharType="begin"/>
    </w:r>
    <w:r>
      <w:instrText>PAGE</w:instrText>
    </w:r>
    <w:r>
      <w:fldChar w:fldCharType="separate"/>
    </w:r>
    <w:r w:rsidR="007246E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5FE23" w14:textId="77777777" w:rsidR="00E33E2F" w:rsidRDefault="00E33E2F">
      <w:pPr>
        <w:spacing w:after="0" w:line="240" w:lineRule="auto"/>
      </w:pPr>
      <w:r>
        <w:separator/>
      </w:r>
    </w:p>
  </w:footnote>
  <w:footnote w:type="continuationSeparator" w:id="0">
    <w:p w14:paraId="7E00D9C0" w14:textId="77777777" w:rsidR="00E33E2F" w:rsidRDefault="00E3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32D1" w14:textId="18CF1F11" w:rsidR="006F3BDE" w:rsidRDefault="00000000" w:rsidP="007246E3">
    <w:pPr>
      <w:pStyle w:val="Header"/>
      <w:jc w:val="right"/>
    </w:pPr>
    <w:r>
      <w:rPr>
        <w:b/>
      </w:rPr>
      <w:br/>
    </w:r>
    <w:r w:rsidR="007246E3">
      <w:t xml:space="preserve">  Proceedings of the </w:t>
    </w:r>
    <w:r>
      <w:t>8th International Conference on Modelling and Simulation in Civil 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0724499">
    <w:abstractNumId w:val="8"/>
  </w:num>
  <w:num w:numId="2" w16cid:durableId="1873760712">
    <w:abstractNumId w:val="6"/>
  </w:num>
  <w:num w:numId="3" w16cid:durableId="1874539279">
    <w:abstractNumId w:val="5"/>
  </w:num>
  <w:num w:numId="4" w16cid:durableId="1965192049">
    <w:abstractNumId w:val="4"/>
  </w:num>
  <w:num w:numId="5" w16cid:durableId="1881431853">
    <w:abstractNumId w:val="7"/>
  </w:num>
  <w:num w:numId="6" w16cid:durableId="1618637549">
    <w:abstractNumId w:val="3"/>
  </w:num>
  <w:num w:numId="7" w16cid:durableId="1614822311">
    <w:abstractNumId w:val="2"/>
  </w:num>
  <w:num w:numId="8" w16cid:durableId="69542676">
    <w:abstractNumId w:val="1"/>
  </w:num>
  <w:num w:numId="9" w16cid:durableId="142464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B1857"/>
    <w:rsid w:val="006B5623"/>
    <w:rsid w:val="006F3BDE"/>
    <w:rsid w:val="007246E3"/>
    <w:rsid w:val="00AA1D8D"/>
    <w:rsid w:val="00B47730"/>
    <w:rsid w:val="00CB0664"/>
    <w:rsid w:val="00E33E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9A3A33"/>
  <w14:defaultImageDpi w14:val="300"/>
  <w15:docId w15:val="{54C93D3D-C0C7-494A-8149-DC9C7DB6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Rakesh Chandran</cp:lastModifiedBy>
  <cp:revision>3</cp:revision>
  <dcterms:created xsi:type="dcterms:W3CDTF">2013-12-23T23:15:00Z</dcterms:created>
  <dcterms:modified xsi:type="dcterms:W3CDTF">2026-07-09T04:19:00Z</dcterms:modified>
  <cp:category/>
</cp:coreProperties>
</file>